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top w:val="single" w:sz="4" w:space="4" w:color="C96A1A"/>
          <w:left w:val="single" w:sz="4" w:space="4" w:color="C96A1A"/>
          <w:bottom w:val="single" w:sz="4" w:space="4" w:color="C96A1A"/>
          <w:right w:val="single" w:sz="4" w:space="4" w:color="C96A1A"/>
        </w:pBdr>
        <w:spacing w:after="280"/>
      </w:pPr>
      <w:r>
        <w:rPr>
          <w:i/>
          <w:color w:val="7A7168"/>
          <w:sz w:val="17"/>
        </w:rPr>
        <w:t>Instrucciones (borre este recuadro antes de imprimir): sustituya los campos resaltados en amarillo entre corchetes y conserve solo la opción de modelo que aplique.</w:t>
      </w:r>
    </w:p>
    <w:p>
      <w:pPr>
        <w:jc w:val="right"/>
      </w:pPr>
      <w:r>
        <w:rPr>
          <w:highlight w:val="yellow"/>
        </w:rPr>
        <w:t>[Ciudad]</w:t>
      </w:r>
      <w:r>
        <w:t xml:space="preserve">, a </w:t>
      </w:r>
      <w:r>
        <w:rPr>
          <w:highlight w:val="yellow"/>
        </w:rPr>
        <w:t>[Fecha]</w:t>
      </w:r>
    </w:p>
    <w:p>
      <w:pPr>
        <w:spacing w:after="0"/>
      </w:pPr>
    </w:p>
    <w:p>
      <w:pPr>
        <w:spacing w:after="0"/>
      </w:pPr>
      <w:r>
        <w:rPr>
          <w:highlight w:val="yellow"/>
        </w:rPr>
        <w:t>[Nombre del destinatario]</w:t>
      </w:r>
    </w:p>
    <w:p>
      <w:pPr>
        <w:spacing w:after="0"/>
      </w:pPr>
      <w:r>
        <w:rPr>
          <w:highlight w:val="yellow"/>
        </w:rPr>
        <w:t>[Puesto del destinatario: Seguridad e Higiene / EHS / Compras]</w:t>
      </w:r>
    </w:p>
    <w:p>
      <w:pPr>
        <w:spacing w:after="0"/>
      </w:pPr>
      <w:r>
        <w:rPr>
          <w:highlight w:val="yellow"/>
        </w:rPr>
        <w:t>[Empresa / Planta/Hospital]</w:t>
      </w:r>
    </w:p>
    <w:p>
      <w:pPr>
        <w:spacing w:after="0"/>
      </w:pPr>
      <w:r>
        <w:t>P r e s e n t e</w:t>
      </w:r>
    </w:p>
    <w:p>
      <w:pPr>
        <w:spacing w:after="0"/>
      </w:pPr>
    </w:p>
    <w:p>
      <w:pPr>
        <w:spacing w:before="120" w:after="200"/>
      </w:pPr>
      <w:r>
        <w:rPr>
          <w:b/>
        </w:rPr>
        <w:t>Asunto:</w:t>
      </w:r>
      <w:r>
        <w:t xml:space="preserve"> Solicitud de calzado </w:t>
      </w:r>
      <w:r>
        <w:rPr>
          <w:highlight w:val="yellow"/>
        </w:rPr>
        <w:t>[de seguridad / ocupacional]</w:t>
      </w:r>
      <w:r>
        <w:t xml:space="preserve"> con horma femenina</w:t>
      </w:r>
    </w:p>
    <w:p>
      <w:r>
        <w:t xml:space="preserve">Estimado(a) </w:t>
      </w:r>
      <w:r>
        <w:rPr>
          <w:highlight w:val="yellow"/>
        </w:rPr>
        <w:t>[Nombre del destinatario]</w:t>
      </w:r>
      <w:r>
        <w:t>:</w:t>
      </w:r>
    </w:p>
    <w:p>
      <w:r>
        <w:t xml:space="preserve">Por medio de la presente, yo, </w:t>
      </w:r>
      <w:r>
        <w:rPr>
          <w:highlight w:val="yellow"/>
        </w:rPr>
        <w:t>[Nombre]</w:t>
      </w:r>
      <w:r>
        <w:t xml:space="preserve">, </w:t>
      </w:r>
      <w:r>
        <w:rPr>
          <w:highlight w:val="yellow"/>
        </w:rPr>
        <w:t>[Puesto]</w:t>
      </w:r>
      <w:r>
        <w:t xml:space="preserve"> en el área de </w:t>
      </w:r>
      <w:r>
        <w:rPr>
          <w:highlight w:val="yellow"/>
        </w:rPr>
        <w:t>[Área / Departamento]</w:t>
      </w:r>
      <w:r>
        <w:t xml:space="preserve"> de </w:t>
      </w:r>
      <w:r>
        <w:rPr>
          <w:highlight w:val="yellow"/>
        </w:rPr>
        <w:t>[Planta/Hospital]</w:t>
      </w:r>
      <w:r>
        <w:t xml:space="preserve">, le solicito de la manera más atenta que se evalúe la dotación de calzado de la marca Hypatia, modelo </w:t>
      </w:r>
      <w:r>
        <w:rPr>
          <w:highlight w:val="yellow"/>
        </w:rPr>
        <w:t>[Tucana / Andrómeda]</w:t>
      </w:r>
      <w:r>
        <w:t>, para el personal femenino de mi área, por los siguientes motivos:</w:t>
      </w:r>
    </w:p>
    <w:p>
      <w:pPr>
        <w:tabs>
          <w:tab w:pos="340" w:val="left"/>
        </w:tabs>
        <w:ind w:left="340" w:hanging="340"/>
      </w:pPr>
      <w:r>
        <w:t>1.</w:t>
        <w:tab/>
      </w:r>
      <w:r>
        <w:rPr>
          <w:b/>
        </w:rPr>
        <w:t>Certificación.</w:t>
      </w:r>
      <w:r>
        <w:t xml:space="preserve"> </w:t>
      </w:r>
      <w:r>
        <w:rPr>
          <w:highlight w:val="yellow"/>
        </w:rPr>
        <w:t>[Conserve la opción que aplique y borre la otra.]</w:t>
      </w:r>
    </w:p>
    <w:p>
      <w:pPr>
        <w:tabs>
          <w:tab w:pos="680" w:val="left"/>
        </w:tabs>
        <w:ind w:left="680" w:hanging="283"/>
      </w:pPr>
      <w:r>
        <w:t>–</w:t>
        <w:tab/>
      </w:r>
      <w:r>
        <w:rPr>
          <w:b/>
        </w:rPr>
        <w:t>Tucana, calzado de seguridad industrial:</w:t>
      </w:r>
      <w:r>
        <w:t xml:space="preserve"> certificado bajo EN ISO 20345:2022, clasificación S3S CI FO SR, por Intertek Italia (organismo notificado 2575). Su casquillo de fibra de vidrio y su plantilla antiperforación son no metálicos: no tiene componentes metálicos y no activa detectores.</w:t>
      </w:r>
    </w:p>
    <w:p>
      <w:pPr>
        <w:tabs>
          <w:tab w:pos="680" w:val="left"/>
        </w:tabs>
        <w:ind w:left="680" w:hanging="283"/>
      </w:pPr>
      <w:r>
        <w:t>–</w:t>
        <w:tab/>
      </w:r>
      <w:r>
        <w:rPr>
          <w:b/>
        </w:rPr>
        <w:t>Andrómeda, calzado ocupacional para el sector salud:</w:t>
      </w:r>
      <w:r>
        <w:t xml:space="preserve"> certificado conforme a EN ISO 20347:2022, clasificación O2 FO SR, por Intertek Italia (organismo notificado 2575). Suela antiderrapante y resistente a hidrocarburos; no lleva casquillo, por diseño.</w:t>
      </w:r>
    </w:p>
    <w:p>
      <w:pPr>
        <w:tabs>
          <w:tab w:pos="340" w:val="left"/>
        </w:tabs>
        <w:ind w:left="340" w:hanging="340"/>
      </w:pPr>
      <w:r>
        <w:t>2.</w:t>
        <w:tab/>
      </w:r>
      <w:r>
        <w:rPr>
          <w:b/>
        </w:rPr>
        <w:t>Horma femenina de origen.</w:t>
      </w:r>
      <w:r>
        <w:t xml:space="preserve"> El molde se diseña para el pie de la mujer desde el inicio; no es un molde masculino reducido de talla. Esto mejora el ajuste en el talón y en el arco, donde el calzado unisex suele quedar holgado.</w:t>
      </w:r>
    </w:p>
    <w:p>
      <w:pPr>
        <w:tabs>
          <w:tab w:pos="340" w:val="left"/>
        </w:tabs>
        <w:ind w:left="340" w:hanging="340"/>
      </w:pPr>
      <w:r>
        <w:t>3.</w:t>
        <w:tab/>
      </w:r>
      <w:r>
        <w:rPr>
          <w:b/>
        </w:rPr>
        <w:t>Comodidad para jornadas largas.</w:t>
      </w:r>
      <w:r>
        <w:t xml:space="preserve"> </w:t>
      </w:r>
      <w:r>
        <w:rPr>
          <w:highlight w:val="yellow"/>
        </w:rPr>
        <w:t>[Tucana: diseñado para jornadas largas de pie y recorridos operativos. / Andrómeda: plantilla ergonómica con tecnología antifatiga, construcción ligera y malla transpirable, pensada para turnos de ocho horas o más.]</w:t>
      </w:r>
    </w:p>
    <w:p>
      <w:pPr>
        <w:tabs>
          <w:tab w:pos="340" w:val="left"/>
        </w:tabs>
        <w:ind w:left="340" w:hanging="340"/>
      </w:pPr>
      <w:r>
        <w:t>4.</w:t>
        <w:tab/>
      </w:r>
      <w:r>
        <w:rPr>
          <w:b/>
        </w:rPr>
        <w:t>Tallas para todo el equipo.</w:t>
      </w:r>
      <w:r>
        <w:t xml:space="preserve"> Se fabrica en tallas 23.5, 24, 24.5, 25, 26 y 27 MX, incluidas medias tallas, y el proveedor envía muestras para confirmar tallas antes del pedido.</w:t>
      </w:r>
    </w:p>
    <w:p>
      <w:pPr>
        <w:spacing w:before="80" w:after="60"/>
      </w:pPr>
      <w:r>
        <w:t>Por lo anterior, solicito:</w:t>
      </w:r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Modelo:</w:t>
      </w:r>
      <w:r>
        <w:t xml:space="preserve"> </w:t>
      </w:r>
      <w:r>
        <w:rPr>
          <w:highlight w:val="yellow"/>
        </w:rPr>
        <w:t>[Tucana / Andrómeda]</w:t>
      </w:r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Número de pares:</w:t>
      </w:r>
      <w:r>
        <w:t xml:space="preserve"> </w:t>
      </w:r>
      <w:r>
        <w:rPr>
          <w:highlight w:val="yellow"/>
        </w:rPr>
        <w:t>[Número de pares]</w:t>
      </w:r>
      <w:r>
        <w:t xml:space="preserve"> (el pedido para empresa es desde 10 pares, combinables entre modelos y tallas)</w:t>
      </w:r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Tallas:</w:t>
      </w:r>
      <w:r>
        <w:t xml:space="preserve"> </w:t>
      </w:r>
      <w:r>
        <w:rPr>
          <w:highlight w:val="yellow"/>
        </w:rPr>
        <w:t>[Pares por talla, p. ej. 2 × 23.5, 3 × 24, 1 × 25]</w:t>
      </w:r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Fecha en que se requiere:</w:t>
      </w:r>
      <w:r>
        <w:t xml:space="preserve"> </w:t>
      </w:r>
      <w:r>
        <w:rPr>
          <w:highlight w:val="yellow"/>
        </w:rPr>
        <w:t>[Fecha requerida]</w:t>
      </w:r>
    </w:p>
    <w:p>
      <w:pPr>
        <w:spacing w:before="80" w:after="60"/>
      </w:pPr>
      <w:r>
        <w:t>Para cotizar, el proveedor atiende por estos medios:</w:t>
      </w:r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Calzado industrial (Tucana):</w:t>
      </w:r>
      <w:r>
        <w:t xml:space="preserve"> </w:t>
      </w:r>
      <w:hyperlink r:id="rId9">
        <w:r>
          <w:rPr>
            <w:color w:val="C96A1A"/>
            <w:u w:val="single"/>
          </w:rPr>
          <w:t xml:space="preserve">https://hypatiastyle.com/pages/empresas#cotizar</w:t>
        </w:r>
      </w:hyperlink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Sector salud (Andrómeda):</w:t>
      </w:r>
      <w:r>
        <w:t xml:space="preserve"> </w:t>
      </w:r>
      <w:hyperlink r:id="rId10">
        <w:r>
          <w:rPr>
            <w:color w:val="C96A1A"/>
            <w:u w:val="single"/>
          </w:rPr>
          <w:t xml:space="preserve">https://hypatiastyle.com/pages/empresas-salud#cotizar</w:t>
        </w:r>
      </w:hyperlink>
    </w:p>
    <w:p>
      <w:pPr>
        <w:tabs>
          <w:tab w:pos="340" w:val="left"/>
        </w:tabs>
        <w:spacing w:after="60"/>
        <w:ind w:left="340" w:hanging="227"/>
      </w:pPr>
      <w:r>
        <w:t>•</w:t>
        <w:tab/>
      </w:r>
      <w:r>
        <w:rPr>
          <w:b/>
        </w:rPr>
        <w:t>Correo:</w:t>
      </w:r>
      <w:r>
        <w:t xml:space="preserve"> ventas@hypatiastyle.com  ·  </w:t>
      </w:r>
      <w:r>
        <w:rPr>
          <w:b/>
        </w:rPr>
        <w:t>WhatsApp:</w:t>
      </w:r>
      <w:r>
        <w:t xml:space="preserve"> +52 55 7970 6897</w:t>
      </w:r>
    </w:p>
    <w:p>
      <w:r>
        <w:t>Hypatia maneja precio por volumen bajo cotización, factura CFDI, pago a 30 días para empresas aprobadas y envío sin costo a todo México. Los certificados están disponibles bajo solicitud.</w:t>
      </w:r>
    </w:p>
    <w:p>
      <w:r>
        <w:t>Agradezco de antemano su atención y quedo a sus órdenes para reunir las tallas del equipo o coordinar la prueba de muestras.</w:t>
      </w:r>
    </w:p>
    <w:p>
      <w:r>
        <w:t>Atentamente,</w:t>
      </w:r>
    </w:p>
    <w:p>
      <w:pPr>
        <w:spacing w:before="560" w:after="0"/>
      </w:pPr>
      <w:r>
        <w:t>_______________________________</w:t>
      </w:r>
    </w:p>
    <w:p>
      <w:pPr>
        <w:spacing w:after="0"/>
      </w:pPr>
      <w:r>
        <w:rPr>
          <w:highlight w:val="yellow"/>
        </w:rPr>
        <w:t>[Nombre]</w:t>
      </w:r>
    </w:p>
    <w:p>
      <w:pPr>
        <w:spacing w:after="0"/>
      </w:pPr>
      <w:r>
        <w:rPr>
          <w:highlight w:val="yellow"/>
        </w:rPr>
        <w:t>[Puesto]</w:t>
      </w:r>
      <w:r>
        <w:t xml:space="preserve"> · </w:t>
      </w:r>
      <w:r>
        <w:rPr>
          <w:highlight w:val="yellow"/>
        </w:rPr>
        <w:t>[Área / Departamento]</w:t>
      </w:r>
      <w:r>
        <w:t xml:space="preserve"> · No. de empleado </w:t>
      </w:r>
      <w:r>
        <w:rPr>
          <w:highlight w:val="yellow"/>
        </w:rPr>
        <w:t>[Número]</w:t>
      </w:r>
    </w:p>
    <w:p>
      <w:pPr>
        <w:spacing w:after="0"/>
      </w:pPr>
      <w:r>
        <w:rPr>
          <w:highlight w:val="yellow"/>
        </w:rPr>
        <w:t>[Correo]</w:t>
      </w:r>
      <w:r>
        <w:t xml:space="preserve"> · </w:t>
      </w:r>
      <w:r>
        <w:rPr>
          <w:highlight w:val="yellow"/>
        </w:rPr>
        <w:t>[Teléfono / extensión]</w:t>
      </w:r>
    </w:p>
    <w:sectPr w:rsidR="00FC693F" w:rsidRPr="0006063C" w:rsidSect="00034616">
      <w:footerReference w:type="default" r:id="rId11"/>
      <w:pgSz w:w="12240" w:h="15840"/>
      <w:pgMar w:top="1134" w:right="141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7168"/>
        <w:sz w:val="15"/>
      </w:rPr>
      <w:t>Certificados disponibles bajo solicitud  ·  Plantilla de carta de Hypatia  ·  hypatiastyle.com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ypatiastyle.com/pages/empresas#cotizar" TargetMode="External"/><Relationship Id="rId10" Type="http://schemas.openxmlformats.org/officeDocument/2006/relationships/hyperlink" Target="https://hypatiastyle.com/pages/empresas-salud#cotizar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solicitar calzado Hypatia</dc:title>
  <dc:subject/>
  <dc:creator>Hypatia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